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2DD" w:rsidRPr="00DC2BAD" w:rsidRDefault="00DC2BAD" w:rsidP="00DC2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 г. Астрахани «Средняя общеобразовательная школа № 1» обособленное подразделение «Дошкольное»</w:t>
      </w:r>
    </w:p>
    <w:p w:rsidR="001852DD" w:rsidRPr="00DC2BAD" w:rsidRDefault="001852DD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50E04" w:rsidRDefault="00F50E04" w:rsidP="00DC2BAD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1852DD" w:rsidRPr="00DC2BAD" w:rsidRDefault="00F50E04" w:rsidP="00F50E04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lang w:val="ru-RU"/>
        </w:rPr>
      </w:pPr>
      <w:r w:rsidRPr="00DC2BAD">
        <w:rPr>
          <w:rFonts w:ascii="Times New Roman" w:hAnsi="Times New Roman" w:cs="Times New Roman"/>
          <w:b/>
          <w:sz w:val="52"/>
          <w:szCs w:val="52"/>
          <w:lang w:val="ru-RU"/>
        </w:rPr>
        <w:t>Проект</w:t>
      </w:r>
      <w:r w:rsidR="00DC2BAD">
        <w:rPr>
          <w:rFonts w:ascii="Times New Roman" w:hAnsi="Times New Roman" w:cs="Times New Roman"/>
          <w:b/>
          <w:sz w:val="52"/>
          <w:szCs w:val="52"/>
          <w:lang w:val="ru-RU"/>
        </w:rPr>
        <w:t xml:space="preserve"> </w:t>
      </w:r>
      <w:r w:rsidRPr="00DC2BAD">
        <w:rPr>
          <w:rFonts w:ascii="Times New Roman" w:hAnsi="Times New Roman" w:cs="Times New Roman"/>
          <w:b/>
          <w:sz w:val="52"/>
          <w:szCs w:val="52"/>
          <w:lang w:val="ru-RU"/>
        </w:rPr>
        <w:t>на тему</w:t>
      </w:r>
    </w:p>
    <w:p w:rsidR="00DC2BAD" w:rsidRPr="00DC2BAD" w:rsidRDefault="00F50E04" w:rsidP="00F50E04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DC2BAD">
        <w:rPr>
          <w:rFonts w:ascii="Times New Roman" w:hAnsi="Times New Roman" w:cs="Times New Roman"/>
          <w:b/>
          <w:sz w:val="52"/>
          <w:szCs w:val="52"/>
          <w:lang w:val="ru-RU"/>
        </w:rPr>
        <w:t>Сладкие традиции нашей школы</w:t>
      </w:r>
      <w:r>
        <w:rPr>
          <w:rFonts w:ascii="Times New Roman" w:hAnsi="Times New Roman" w:cs="Times New Roman"/>
          <w:b/>
          <w:sz w:val="52"/>
          <w:szCs w:val="52"/>
          <w:lang w:val="ru-RU"/>
        </w:rPr>
        <w:t xml:space="preserve"> обособленное подразделение  «Дошкольное»</w:t>
      </w:r>
      <w:r w:rsidRPr="00DC2BAD">
        <w:rPr>
          <w:rFonts w:ascii="Times New Roman" w:hAnsi="Times New Roman" w:cs="Times New Roman"/>
          <w:b/>
          <w:sz w:val="52"/>
          <w:szCs w:val="52"/>
          <w:lang w:val="ru-RU"/>
        </w:rPr>
        <w:t>:</w:t>
      </w:r>
    </w:p>
    <w:p w:rsidR="001852DD" w:rsidRDefault="00F50E04" w:rsidP="00F50E04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DC2BAD">
        <w:rPr>
          <w:rFonts w:ascii="Times New Roman" w:hAnsi="Times New Roman" w:cs="Times New Roman"/>
          <w:b/>
          <w:sz w:val="52"/>
          <w:szCs w:val="52"/>
          <w:lang w:val="ru-RU"/>
        </w:rPr>
        <w:t>проект «Наш семейный торт»</w:t>
      </w:r>
    </w:p>
    <w:p w:rsidR="00F50E04" w:rsidRDefault="00F50E04" w:rsidP="00F50E04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F50E04" w:rsidRDefault="00F50E04" w:rsidP="00F50E04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F50E04" w:rsidRDefault="00F50E04" w:rsidP="00F50E04">
      <w:pPr>
        <w:pStyle w:val="aff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E409E9">
        <w:rPr>
          <w:b/>
          <w:color w:val="111111"/>
          <w:sz w:val="27"/>
          <w:szCs w:val="27"/>
        </w:rPr>
        <w:t>Тип </w:t>
      </w:r>
      <w:r w:rsidRPr="00E409E9">
        <w:rPr>
          <w:rStyle w:val="af6"/>
          <w:color w:val="111111"/>
          <w:sz w:val="27"/>
          <w:szCs w:val="27"/>
          <w:bdr w:val="none" w:sz="0" w:space="0" w:color="auto" w:frame="1"/>
        </w:rPr>
        <w:t>проекта</w:t>
      </w:r>
      <w:r w:rsidRPr="00E409E9">
        <w:rPr>
          <w:b/>
          <w:color w:val="111111"/>
          <w:sz w:val="27"/>
          <w:szCs w:val="27"/>
        </w:rPr>
        <w:t>:</w:t>
      </w:r>
      <w:r w:rsidRPr="00715261">
        <w:rPr>
          <w:color w:val="111111"/>
          <w:sz w:val="27"/>
          <w:szCs w:val="27"/>
        </w:rPr>
        <w:t xml:space="preserve"> творческий, краткосрочный.</w:t>
      </w:r>
    </w:p>
    <w:p w:rsidR="00F50E04" w:rsidRPr="00715261" w:rsidRDefault="00F50E04" w:rsidP="00F50E04">
      <w:pPr>
        <w:pStyle w:val="aff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F50E04" w:rsidRDefault="00F50E04" w:rsidP="00F50E04">
      <w:pPr>
        <w:pStyle w:val="aff8"/>
        <w:shd w:val="clear" w:color="auto" w:fill="FFFFFF"/>
        <w:spacing w:before="0" w:beforeAutospacing="0" w:after="0" w:afterAutospacing="0"/>
        <w:ind w:firstLine="360"/>
        <w:rPr>
          <w:color w:val="374151"/>
          <w:sz w:val="28"/>
          <w:szCs w:val="28"/>
        </w:rPr>
      </w:pPr>
      <w:r w:rsidRPr="00E409E9">
        <w:rPr>
          <w:b/>
          <w:color w:val="111111"/>
          <w:sz w:val="28"/>
          <w:szCs w:val="28"/>
        </w:rPr>
        <w:t>Ключевая идея:</w:t>
      </w:r>
      <w:r>
        <w:rPr>
          <w:color w:val="111111"/>
          <w:sz w:val="28"/>
          <w:szCs w:val="28"/>
        </w:rPr>
        <w:t xml:space="preserve"> </w:t>
      </w:r>
      <w:r w:rsidRPr="00E409E9">
        <w:rPr>
          <w:color w:val="111111"/>
          <w:sz w:val="28"/>
          <w:szCs w:val="28"/>
        </w:rPr>
        <w:t xml:space="preserve">Проект </w:t>
      </w:r>
      <w:r w:rsidRPr="00E409E9">
        <w:rPr>
          <w:color w:val="374151"/>
          <w:sz w:val="28"/>
          <w:szCs w:val="28"/>
        </w:rPr>
        <w:t>направлен на сбор и анализ рецептов тортов из семей р</w:t>
      </w:r>
      <w:r>
        <w:rPr>
          <w:color w:val="374151"/>
          <w:sz w:val="28"/>
          <w:szCs w:val="28"/>
        </w:rPr>
        <w:t>азных воспитанников</w:t>
      </w:r>
      <w:r w:rsidRPr="00E409E9">
        <w:rPr>
          <w:color w:val="374151"/>
          <w:sz w:val="28"/>
          <w:szCs w:val="28"/>
        </w:rPr>
        <w:t>, что позволит выявить разнообразие кулинарных традиций и укрепить чувство общности. Каждый рецепт сопровождается историей семьи и значением десерта в их культуре, что способствует развитию уважения к традициям и творческому подходу к изучению истории через кулинарию.</w:t>
      </w:r>
    </w:p>
    <w:p w:rsidR="00F50E04" w:rsidRDefault="00F50E04" w:rsidP="00F50E04">
      <w:pPr>
        <w:pStyle w:val="aff8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F50E04" w:rsidRPr="00DC2BAD" w:rsidRDefault="00F50E04" w:rsidP="00F50E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0E04">
        <w:rPr>
          <w:b/>
          <w:color w:val="111111"/>
          <w:sz w:val="27"/>
          <w:szCs w:val="27"/>
          <w:lang w:val="ru-RU"/>
        </w:rPr>
        <w:t>Участники</w:t>
      </w:r>
      <w:r w:rsidRPr="00E409E9">
        <w:rPr>
          <w:b/>
          <w:color w:val="111111"/>
          <w:sz w:val="27"/>
          <w:szCs w:val="27"/>
        </w:rPr>
        <w:t> </w:t>
      </w:r>
      <w:r w:rsidRPr="00F50E04">
        <w:rPr>
          <w:rStyle w:val="af6"/>
          <w:color w:val="111111"/>
          <w:sz w:val="27"/>
          <w:szCs w:val="27"/>
          <w:bdr w:val="none" w:sz="0" w:space="0" w:color="auto" w:frame="1"/>
          <w:lang w:val="ru-RU"/>
        </w:rPr>
        <w:t>проекта</w:t>
      </w:r>
      <w:r w:rsidRPr="00F50E04">
        <w:rPr>
          <w:rStyle w:val="af6"/>
          <w:b w:val="0"/>
          <w:color w:val="111111"/>
          <w:sz w:val="27"/>
          <w:szCs w:val="27"/>
          <w:bdr w:val="none" w:sz="0" w:space="0" w:color="auto" w:frame="1"/>
          <w:lang w:val="ru-RU"/>
        </w:rPr>
        <w:t xml:space="preserve">: </w:t>
      </w:r>
      <w:r>
        <w:rPr>
          <w:rStyle w:val="af6"/>
          <w:b w:val="0"/>
          <w:color w:val="111111"/>
          <w:sz w:val="27"/>
          <w:szCs w:val="27"/>
          <w:bdr w:val="none" w:sz="0" w:space="0" w:color="auto" w:frame="1"/>
          <w:lang w:val="ru-RU"/>
        </w:rPr>
        <w:t xml:space="preserve">педагоги </w:t>
      </w:r>
      <w:proofErr w:type="spellStart"/>
      <w:r w:rsidRPr="00DC2BAD">
        <w:rPr>
          <w:rFonts w:ascii="Times New Roman" w:hAnsi="Times New Roman" w:cs="Times New Roman"/>
          <w:sz w:val="28"/>
          <w:szCs w:val="28"/>
          <w:lang w:val="ru-RU"/>
        </w:rPr>
        <w:t>Пустохайлова</w:t>
      </w:r>
      <w:proofErr w:type="spellEnd"/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Г.В., 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50E04" w:rsidRPr="00F50E04" w:rsidRDefault="00F50E04" w:rsidP="00F50E04">
      <w:pPr>
        <w:spacing w:after="0" w:line="240" w:lineRule="auto"/>
        <w:rPr>
          <w:color w:val="111111"/>
          <w:sz w:val="27"/>
          <w:szCs w:val="27"/>
          <w:lang w:val="ru-RU"/>
        </w:rPr>
      </w:pPr>
      <w:proofErr w:type="spellStart"/>
      <w:r w:rsidRPr="00DC2BAD">
        <w:rPr>
          <w:rFonts w:ascii="Times New Roman" w:hAnsi="Times New Roman" w:cs="Times New Roman"/>
          <w:sz w:val="28"/>
          <w:szCs w:val="28"/>
          <w:lang w:val="ru-RU"/>
        </w:rPr>
        <w:t>Барсамова</w:t>
      </w:r>
      <w:proofErr w:type="spellEnd"/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М.П., 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DC2BAD">
        <w:rPr>
          <w:rFonts w:ascii="Times New Roman" w:hAnsi="Times New Roman" w:cs="Times New Roman"/>
          <w:sz w:val="28"/>
          <w:szCs w:val="28"/>
          <w:lang w:val="ru-RU"/>
        </w:rPr>
        <w:t>Муханова</w:t>
      </w:r>
      <w:proofErr w:type="spellEnd"/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Э.Г., 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Токарева А.С., воспитатель</w:t>
      </w:r>
      <w:r>
        <w:rPr>
          <w:rStyle w:val="af6"/>
          <w:b w:val="0"/>
          <w:color w:val="111111"/>
          <w:sz w:val="27"/>
          <w:szCs w:val="27"/>
          <w:bdr w:val="none" w:sz="0" w:space="0" w:color="auto" w:frame="1"/>
          <w:lang w:val="ru-RU"/>
        </w:rPr>
        <w:t xml:space="preserve"> и </w:t>
      </w:r>
      <w:r w:rsidRPr="00F50E04">
        <w:rPr>
          <w:rStyle w:val="af6"/>
          <w:b w:val="0"/>
          <w:color w:val="111111"/>
          <w:sz w:val="27"/>
          <w:szCs w:val="27"/>
          <w:bdr w:val="none" w:sz="0" w:space="0" w:color="auto" w:frame="1"/>
          <w:lang w:val="ru-RU"/>
        </w:rPr>
        <w:t xml:space="preserve">воспитанники </w:t>
      </w:r>
      <w:r>
        <w:rPr>
          <w:rFonts w:ascii="Times New Roman" w:hAnsi="Times New Roman" w:cs="Times New Roman"/>
          <w:sz w:val="28"/>
          <w:szCs w:val="28"/>
          <w:lang w:val="ru-RU"/>
        </w:rPr>
        <w:t>групп № 1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Абрикосики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 № 2 «Морковки», № 5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Апельсинки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F50E04">
        <w:rPr>
          <w:rStyle w:val="af6"/>
          <w:b w:val="0"/>
          <w:color w:val="111111"/>
          <w:sz w:val="27"/>
          <w:szCs w:val="27"/>
          <w:bdr w:val="none" w:sz="0" w:space="0" w:color="auto" w:frame="1"/>
          <w:lang w:val="ru-RU"/>
        </w:rPr>
        <w:t xml:space="preserve">ОП «Дошкольное» МБОУ г. Астрахани «СОШ № 1» </w:t>
      </w:r>
      <w:r w:rsidRPr="00F50E04">
        <w:rPr>
          <w:color w:val="111111"/>
          <w:sz w:val="27"/>
          <w:szCs w:val="27"/>
          <w:lang w:val="ru-RU"/>
        </w:rPr>
        <w:t>и их</w:t>
      </w:r>
      <w:r w:rsidRPr="00F50E04">
        <w:rPr>
          <w:color w:val="111111"/>
          <w:sz w:val="27"/>
          <w:szCs w:val="27"/>
        </w:rPr>
        <w:t> </w:t>
      </w:r>
      <w:r w:rsidRPr="00F50E04">
        <w:rPr>
          <w:rStyle w:val="af6"/>
          <w:b w:val="0"/>
          <w:color w:val="111111"/>
          <w:sz w:val="27"/>
          <w:szCs w:val="27"/>
          <w:bdr w:val="none" w:sz="0" w:space="0" w:color="auto" w:frame="1"/>
          <w:lang w:val="ru-RU"/>
        </w:rPr>
        <w:t>родители</w:t>
      </w:r>
      <w:r w:rsidRPr="00F50E04">
        <w:rPr>
          <w:b/>
          <w:color w:val="111111"/>
          <w:sz w:val="27"/>
          <w:szCs w:val="27"/>
          <w:lang w:val="ru-RU"/>
        </w:rPr>
        <w:t>.</w:t>
      </w:r>
    </w:p>
    <w:p w:rsidR="00F50E04" w:rsidRDefault="00F50E04" w:rsidP="00F50E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852DD" w:rsidRPr="00DC2BAD" w:rsidRDefault="00F50E04" w:rsidP="00F50E0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50E04">
        <w:rPr>
          <w:rFonts w:ascii="Times New Roman" w:hAnsi="Times New Roman" w:cs="Times New Roman"/>
          <w:b/>
          <w:sz w:val="28"/>
          <w:szCs w:val="28"/>
          <w:lang w:val="ru-RU"/>
        </w:rPr>
        <w:t>Руководитель проекта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DC2BAD" w:rsidRPr="00DC2BAD">
        <w:rPr>
          <w:rFonts w:ascii="Times New Roman" w:hAnsi="Times New Roman" w:cs="Times New Roman"/>
          <w:sz w:val="28"/>
          <w:szCs w:val="28"/>
          <w:lang w:val="ru-RU"/>
        </w:rPr>
        <w:t>Морозова Т.В., заведующий</w:t>
      </w:r>
    </w:p>
    <w:p w:rsidR="001852DD" w:rsidRDefault="001852DD" w:rsidP="00DC2B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50E04" w:rsidRDefault="00F50E04" w:rsidP="00DC2B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50E04" w:rsidRDefault="00F50E04" w:rsidP="00DC2B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852DD" w:rsidRDefault="00DC2BAD" w:rsidP="00DC2B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Астрахань, 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>2026</w:t>
      </w:r>
    </w:p>
    <w:p w:rsidR="001852DD" w:rsidRPr="001121B5" w:rsidRDefault="00F50E04" w:rsidP="00DC2BA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1121B5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Содержание</w:t>
      </w:r>
    </w:p>
    <w:p w:rsidR="001852DD" w:rsidRPr="00DC2BAD" w:rsidRDefault="001852DD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1. Введение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2. Исторический и культурный контекст семейных тортов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3. Методы сбора и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анализа семейных рецептов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4. Описание и презентация семейных тортов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5. Влияние проекта на школьное сообщество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6. Заключение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7. Список использованных источников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1852DD" w:rsidRPr="00DC2BAD" w:rsidRDefault="00F50E04" w:rsidP="00DC2BAD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DC2BAD">
        <w:rPr>
          <w:rFonts w:ascii="Times New Roman" w:hAnsi="Times New Roman" w:cs="Times New Roman"/>
          <w:color w:val="auto"/>
          <w:lang w:val="ru-RU"/>
        </w:rPr>
        <w:lastRenderedPageBreak/>
        <w:t>Введен</w:t>
      </w:r>
      <w:bookmarkStart w:id="0" w:name="_GoBack"/>
      <w:bookmarkEnd w:id="0"/>
      <w:r w:rsidRPr="00DC2BAD">
        <w:rPr>
          <w:rFonts w:ascii="Times New Roman" w:hAnsi="Times New Roman" w:cs="Times New Roman"/>
          <w:color w:val="auto"/>
          <w:lang w:val="ru-RU"/>
        </w:rPr>
        <w:t>ие</w:t>
      </w:r>
    </w:p>
    <w:p w:rsidR="00DC2BAD" w:rsidRPr="00715261" w:rsidRDefault="00DC2BAD" w:rsidP="00DC2BAD">
      <w:pPr>
        <w:pStyle w:val="aff8"/>
        <w:shd w:val="clear" w:color="auto" w:fill="FFFFFF"/>
        <w:spacing w:before="0" w:beforeAutospacing="0" w:after="0" w:afterAutospacing="0" w:line="360" w:lineRule="auto"/>
        <w:ind w:firstLine="357"/>
        <w:rPr>
          <w:color w:val="111111"/>
          <w:sz w:val="28"/>
          <w:szCs w:val="28"/>
        </w:rPr>
      </w:pPr>
      <w:r w:rsidRPr="00715261">
        <w:rPr>
          <w:color w:val="111111"/>
          <w:sz w:val="28"/>
          <w:szCs w:val="28"/>
        </w:rPr>
        <w:t>Семья – это общество в миниатюре, от целостности которого зависит безопасность всего большого человеческого общества.</w:t>
      </w:r>
    </w:p>
    <w:p w:rsidR="00DC2BAD" w:rsidRPr="00715261" w:rsidRDefault="00DC2BAD" w:rsidP="00DC2BAD">
      <w:pPr>
        <w:pStyle w:val="aff8"/>
        <w:shd w:val="clear" w:color="auto" w:fill="FFFFFF"/>
        <w:spacing w:before="0" w:beforeAutospacing="0" w:after="0" w:afterAutospacing="0" w:line="360" w:lineRule="auto"/>
        <w:ind w:firstLine="357"/>
        <w:jc w:val="right"/>
        <w:rPr>
          <w:color w:val="111111"/>
          <w:sz w:val="28"/>
          <w:szCs w:val="28"/>
        </w:rPr>
      </w:pPr>
      <w:r w:rsidRPr="00715261">
        <w:rPr>
          <w:color w:val="111111"/>
          <w:sz w:val="28"/>
          <w:szCs w:val="28"/>
        </w:rPr>
        <w:t>И. Г. Песталоцци</w:t>
      </w:r>
    </w:p>
    <w:p w:rsidR="00DC2BAD" w:rsidRPr="00715261" w:rsidRDefault="00DC2BAD" w:rsidP="00DC2BAD">
      <w:pPr>
        <w:pStyle w:val="aff8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261">
        <w:rPr>
          <w:color w:val="111111"/>
          <w:sz w:val="28"/>
          <w:szCs w:val="28"/>
        </w:rPr>
        <w:t>Что такое семья – понятно всем. Семья это – дом. Семья - это мир, где царят любовь и преданность, это одни на всех привычки и традиции. А ещё это опора во всех бедах и несчастьях. Это крепость, за стенами которой, могут царить лишь покой и любовь. В прочной, надёжной семье нуждается каждый человек, независимо от возраста.</w:t>
      </w:r>
    </w:p>
    <w:p w:rsidR="00DC2BAD" w:rsidRPr="00715261" w:rsidRDefault="00DC2BAD" w:rsidP="00DC2BAD">
      <w:pPr>
        <w:pStyle w:val="aff8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15261">
        <w:rPr>
          <w:color w:val="111111"/>
          <w:sz w:val="28"/>
          <w:szCs w:val="28"/>
        </w:rPr>
        <w:t>Кулинария занимает ведущее место в жизни любой семьи. Каждая нация имеет свои отличительные особенности в этой области.</w:t>
      </w:r>
    </w:p>
    <w:p w:rsidR="00DC2BAD" w:rsidRDefault="00F50E04" w:rsidP="00DC2BA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Семейные традиции играют важную роль в формировании культурной идентичности и укрепле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нии социальных связей. Одной из таких традиций, которая объединяет поколения и способствует сохранению исторического наследия, является приготовление и передача рецептов торт</w:t>
      </w:r>
      <w:r w:rsidR="00DC2BAD">
        <w:rPr>
          <w:rFonts w:ascii="Times New Roman" w:hAnsi="Times New Roman" w:cs="Times New Roman"/>
          <w:sz w:val="28"/>
          <w:szCs w:val="28"/>
          <w:lang w:val="ru-RU"/>
        </w:rPr>
        <w:t>ов. В условиях современной образовательной организации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, где встречаются дети из разных семей и культур,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проект «Наш семейный торт» становится уникальной возможностью исследовать и представить разнообразие кулинарных традиций, отражающих историю и культуру учеников. </w:t>
      </w:r>
    </w:p>
    <w:p w:rsidR="001852DD" w:rsidRPr="00DC2BAD" w:rsidRDefault="00F50E04" w:rsidP="00DC2BA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b/>
          <w:sz w:val="28"/>
          <w:szCs w:val="28"/>
          <w:lang w:val="ru-RU"/>
        </w:rPr>
        <w:t>Цель данного проекта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— не просто собрать рецепты, а раскрыть их значение в жизни каждой семьи,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понять, как через десерты передаются ценности и память, а также создать пространство для творческого обмена и уважения к культурному многообразию.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Проект направлен на интеграцию кулинарного искусства и исторического иссл</w:t>
      </w:r>
      <w:r w:rsidR="00DC2BAD">
        <w:rPr>
          <w:rFonts w:ascii="Times New Roman" w:hAnsi="Times New Roman" w:cs="Times New Roman"/>
          <w:sz w:val="28"/>
          <w:szCs w:val="28"/>
          <w:lang w:val="ru-RU"/>
        </w:rPr>
        <w:t>едования, что позволяет воспитанникам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вз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глянуть на традиции своих семей под новым углом. В процессе работы над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проектом дети и их родители становятся участниками живого диалога, в котором рецепт превращается в рассказ о семье, о праздниках, о важных моментах жизни. Такой подход способствует разв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итию навыков исследовательской деятельности, творческого мышления и коммуникативных умений. Кроме того, он стимулирует интерес к изучению истории и культуры через призму повседневной жизни, что особенно важно в образовательном процессе.</w:t>
      </w:r>
    </w:p>
    <w:p w:rsidR="00DC2BAD" w:rsidRDefault="00F50E04" w:rsidP="00DC2BA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Важным аспектом про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екта является формирование чувства общности и в</w:t>
      </w:r>
      <w:r w:rsidR="00DC2BAD">
        <w:rPr>
          <w:rFonts w:ascii="Times New Roman" w:hAnsi="Times New Roman" w:cs="Times New Roman"/>
          <w:sz w:val="28"/>
          <w:szCs w:val="28"/>
          <w:lang w:val="ru-RU"/>
        </w:rPr>
        <w:t>заимного уважения среди воспитанников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C2BAD" w:rsidRDefault="00DC2BAD" w:rsidP="00DC2BA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многонациональной среде образовательной организации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обмен семейными рецептами становится способом преодоления культурных барьеров и создания атмосферы доверия. </w:t>
      </w:r>
    </w:p>
    <w:p w:rsidR="001852DD" w:rsidRPr="00DC2BAD" w:rsidRDefault="00F50E04" w:rsidP="00DC2BA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Каждый рецепт сопровождается расска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зом о том, какую роль торт играет в семье, какие обряды и праздники он сопровождает, что символизирует. Это помогает не только сохранить уникальные традиции, но и лучше понять друг друга, что способствует развитию толерантности и взаимопонимания.</w:t>
      </w:r>
    </w:p>
    <w:p w:rsidR="001121B5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b/>
          <w:sz w:val="28"/>
          <w:szCs w:val="28"/>
          <w:lang w:val="ru-RU"/>
        </w:rPr>
        <w:t>Проект «Н</w:t>
      </w:r>
      <w:r w:rsidRPr="00DC2BAD">
        <w:rPr>
          <w:rFonts w:ascii="Times New Roman" w:hAnsi="Times New Roman" w:cs="Times New Roman"/>
          <w:b/>
          <w:sz w:val="28"/>
          <w:szCs w:val="28"/>
          <w:lang w:val="ru-RU"/>
        </w:rPr>
        <w:t>аш семейный торт» включает несколько этапов: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сбор рецептов и историй, их анализ и систематизация, презентация результатов в виде выставки или кулинарного фестиваля, а также обсуждение влияния традиций на современную культуру школьного сообщества. </w:t>
      </w:r>
    </w:p>
    <w:p w:rsidR="001121B5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Особое вн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имание уделяется качеству собранной информации и уважительному отношению к семейным историям. 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Важная задача — не просто продемонстрировать разнообразие, но и выявить общие черты, объединяющие разные культуры через кулинарное наследие.</w:t>
      </w:r>
    </w:p>
    <w:p w:rsidR="001121B5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lastRenderedPageBreak/>
        <w:t>В ходе реализации про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екта планиру</w:t>
      </w:r>
      <w:r w:rsidR="001121B5">
        <w:rPr>
          <w:rFonts w:ascii="Times New Roman" w:hAnsi="Times New Roman" w:cs="Times New Roman"/>
          <w:sz w:val="28"/>
          <w:szCs w:val="28"/>
          <w:lang w:val="ru-RU"/>
        </w:rPr>
        <w:t>ется привлечь не только обучающихся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, но и их родителей, педагогов, а также специалистов по культуре и истории. Это позволит обеспечить междисциплинарный подход и повысить образовательную значимость работы. </w:t>
      </w:r>
    </w:p>
    <w:p w:rsidR="001852DD" w:rsidRPr="00DC2BAD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Кроме того, участие родителей способствуе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т укреплению связей между школой и семьей, что положительно сказывается на общем климате в образовательном учреждении. Такой формат работы отвечает современным требованиям к развитию навыков сотрудничества и проектной деятельности.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Особое внимание в проект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е уделяется творческому</w:t>
      </w:r>
      <w:r w:rsidR="001121B5">
        <w:rPr>
          <w:rFonts w:ascii="Times New Roman" w:hAnsi="Times New Roman" w:cs="Times New Roman"/>
          <w:sz w:val="28"/>
          <w:szCs w:val="28"/>
          <w:lang w:val="ru-RU"/>
        </w:rPr>
        <w:t xml:space="preserve"> оформлению материалов. Воспитанники совместно с родителями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не только собирают рецепты, но и создают описания, иллюстрации, видео и презентации, что развивает их навыки работы с информацией и современными средствами коммуникации. Это способствует формированию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компетенций </w:t>
      </w:r>
      <w:r w:rsidRPr="00DC2BAD">
        <w:rPr>
          <w:rFonts w:ascii="Times New Roman" w:hAnsi="Times New Roman" w:cs="Times New Roman"/>
          <w:sz w:val="28"/>
          <w:szCs w:val="28"/>
        </w:rPr>
        <w:t>XXI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века, таких как критическое мышление, креативность и цифровая грамотность. В результате проект становится не только исследовательским, но и творческим опытом для всех участников.</w:t>
      </w:r>
    </w:p>
    <w:p w:rsidR="001852DD" w:rsidRPr="00DC2BAD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проект «Наш семейный торт» представляет собой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комплексную образовательную инициативу, направленную на изучение и сохранение семейных кулинарных традиций с учетом культурного и исторического контекста. Он способствует развитию уважения к многообразию, укреплению школьног</w:t>
      </w:r>
      <w:r w:rsidR="001121B5">
        <w:rPr>
          <w:rFonts w:ascii="Times New Roman" w:hAnsi="Times New Roman" w:cs="Times New Roman"/>
          <w:sz w:val="28"/>
          <w:szCs w:val="28"/>
          <w:lang w:val="ru-RU"/>
        </w:rPr>
        <w:t>о сообщества и формированию у воспитаннико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в научного и творческого подхода к изучению истории через призму повседневной жизни. В дальнейшем результаты проекта могут стать основой для расширения культурных программ школы и создания условий для межкультурн</w:t>
      </w:r>
      <w:r w:rsidR="001121B5">
        <w:rPr>
          <w:rFonts w:ascii="Times New Roman" w:hAnsi="Times New Roman" w:cs="Times New Roman"/>
          <w:sz w:val="28"/>
          <w:szCs w:val="28"/>
          <w:lang w:val="ru-RU"/>
        </w:rPr>
        <w:t>ого диалога среди молодёжи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1852DD" w:rsidRDefault="00F50E04" w:rsidP="001121B5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DC2BAD">
        <w:rPr>
          <w:rFonts w:ascii="Times New Roman" w:hAnsi="Times New Roman" w:cs="Times New Roman"/>
          <w:color w:val="auto"/>
          <w:lang w:val="ru-RU"/>
        </w:rPr>
        <w:lastRenderedPageBreak/>
        <w:t>Ист</w:t>
      </w:r>
      <w:r w:rsidRPr="00DC2BAD">
        <w:rPr>
          <w:rFonts w:ascii="Times New Roman" w:hAnsi="Times New Roman" w:cs="Times New Roman"/>
          <w:color w:val="auto"/>
          <w:lang w:val="ru-RU"/>
        </w:rPr>
        <w:t>орический и культурный контекст семейных тортов</w:t>
      </w:r>
    </w:p>
    <w:p w:rsidR="001121B5" w:rsidRPr="001121B5" w:rsidRDefault="001121B5" w:rsidP="001121B5">
      <w:pPr>
        <w:rPr>
          <w:lang w:val="ru-RU"/>
        </w:rPr>
      </w:pPr>
    </w:p>
    <w:p w:rsidR="001121B5" w:rsidRDefault="001121B5" w:rsidP="00112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Торты как кулинарное явление имеют многовековую историю, 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>тесно связанную с социальными, культурными и религиозными традициями различных народов. В каждой культуре существует свой уникальный подход к приготовл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ению сладких десертов, которые зачастую служат не только пищей, но и символом важных обрядов и семейных ритуалов.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852DD" w:rsidRPr="00DC2BAD" w:rsidRDefault="001121B5" w:rsidP="00112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>История тортов уходит корнями в древние цивилизации, где сладкие мучные изделия использовались в качестве подношений богам и символов изобилия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. С течением времени </w:t>
      </w:r>
      <w:proofErr w:type="gramStart"/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>рецепты</w:t>
      </w:r>
      <w:proofErr w:type="gramEnd"/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и способы приготовления претерпевали изменения, отражая особенности региональных традиций и доступных ингредиентов.</w:t>
      </w:r>
    </w:p>
    <w:p w:rsidR="001121B5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В европейской культуре торты традиционно ассоциировались с праздниками, свадебными и религиозными обрядами.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Нап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ример, в средневековой Европе сладкие пироги служили символом благополучия и счастья, а их приготовление было делом семейного культа. В каждой местности существовали свои рецепты, передававшиеся из поколения в поколение, что способствовало формированию бог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атого культурного наследия. В России и странах Восточной Европы семейные торты также играли важную роль в празднованиях, таких как Пасха, Рождество и дни рождения, часто сопровождаясь особыми обрядами и традициями.</w:t>
      </w:r>
    </w:p>
    <w:p w:rsidR="001852DD" w:rsidRPr="00DC2BAD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Культурный контекст семейных тортов не ог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раничивается только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рецептурой. Значение десерта часто связано с историей семьи, её миграциями, социальным статусом и религиозными убеждениями.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Например, в семьях, переселившихся из других регионов или стран, рецепт торта становится своеобразным «мостом» м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ежду прошлым и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настоящим, сохраняющим память о родине и традициях. В таких случаях торт выступает как символ культурной идентичности и принадлежности к определённой общности. Это обстоятельство придаёт особую ценность каждому рецепту, собираемому в рамках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проекта</w:t>
      </w:r>
      <w:r w:rsidR="001121B5">
        <w:rPr>
          <w:rFonts w:ascii="Times New Roman" w:hAnsi="Times New Roman" w:cs="Times New Roman"/>
          <w:sz w:val="28"/>
          <w:szCs w:val="28"/>
          <w:lang w:val="ru-RU"/>
        </w:rPr>
        <w:t xml:space="preserve"> ОП «Дошкольное»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52DD" w:rsidRPr="00DC2BAD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Современные реалии также влияют на развитие традиций семейных тортов. Глобализация, миграция и доступность новых продуктов расширяют возможности для экспериментов и смешения кулинарных практик. Многие семьи адаптируют классические рецепт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ы, вводя современные ингредиенты или методы приготовления, что отражает динамичность культурных процессов. Тем не менее, основа традиции сохраняется — торт остается символом праздника, единства и памяти. Этот процесс гибридизации рецептов интересен для исс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ледования, так как показывает, как культурные традиции трансформируются в условиях современного мира.</w:t>
      </w:r>
    </w:p>
    <w:p w:rsidR="001121B5" w:rsidRDefault="001121B5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Важным аспектом является также социальная функция семейных тортов. Приготовление и совместное потребление десерта способствует укреплению семейных связей 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и передаче ценностей. </w:t>
      </w:r>
    </w:p>
    <w:p w:rsidR="001852DD" w:rsidRPr="00DC2BAD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В семейных историях часто отмечается, что именно на кухне, за приготовлением торта, происходят важные разговоры, передача знаний и формирование эмоциональных связей между поколениями. В этом смысле торт становится не только кулинарным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произведением, но и носителем культурного и эмоционального кода, связывающего прошлое и настоящее.</w:t>
      </w:r>
    </w:p>
    <w:p w:rsidR="001121B5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Анализ культурного контекста показывает, что семейные торты являются важным элементом нематериального культурного наследия, требующим бережного отношения и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сохранения. </w:t>
      </w:r>
    </w:p>
    <w:p w:rsidR="001852DD" w:rsidRPr="00DC2BAD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lastRenderedPageBreak/>
        <w:t>Исследование т</w:t>
      </w:r>
      <w:r w:rsidR="001121B5">
        <w:rPr>
          <w:rFonts w:ascii="Times New Roman" w:hAnsi="Times New Roman" w:cs="Times New Roman"/>
          <w:sz w:val="28"/>
          <w:szCs w:val="28"/>
          <w:lang w:val="ru-RU"/>
        </w:rPr>
        <w:t>аких традиций в рамках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проекта </w:t>
      </w:r>
      <w:r w:rsidR="001121B5">
        <w:rPr>
          <w:rFonts w:ascii="Times New Roman" w:hAnsi="Times New Roman" w:cs="Times New Roman"/>
          <w:sz w:val="28"/>
          <w:szCs w:val="28"/>
          <w:lang w:val="ru-RU"/>
        </w:rPr>
        <w:t xml:space="preserve">ОП «Дошкольное»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позволяе</w:t>
      </w:r>
      <w:r w:rsidR="001121B5">
        <w:rPr>
          <w:rFonts w:ascii="Times New Roman" w:hAnsi="Times New Roman" w:cs="Times New Roman"/>
          <w:sz w:val="28"/>
          <w:szCs w:val="28"/>
          <w:lang w:val="ru-RU"/>
        </w:rPr>
        <w:t>т не только познакомить воспитанников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с историей и культурой, но и стимулировать интерес к изучению своего происхождения и национальных особенностей. Это способствует формированию уважен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ия к культурному многообразию и осознанию значимости традиций в современном обществе.</w:t>
      </w:r>
    </w:p>
    <w:p w:rsidR="001121B5" w:rsidRDefault="001121B5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>В заключение, исторический и культурный контекст семейных тортов раскрывает их многогранное значение — от символа праздника и благополучия до средства передачи семейных и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культурных ценностей. </w:t>
      </w:r>
    </w:p>
    <w:p w:rsidR="001852DD" w:rsidRPr="00DC2BAD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121B5">
        <w:rPr>
          <w:rFonts w:ascii="Times New Roman" w:hAnsi="Times New Roman" w:cs="Times New Roman"/>
          <w:sz w:val="28"/>
          <w:szCs w:val="28"/>
          <w:lang w:val="ru-RU"/>
        </w:rPr>
        <w:t>зучение этих аспектов в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проекте </w:t>
      </w:r>
      <w:proofErr w:type="gramStart"/>
      <w:r w:rsidR="001121B5">
        <w:rPr>
          <w:rFonts w:ascii="Times New Roman" w:hAnsi="Times New Roman" w:cs="Times New Roman"/>
          <w:sz w:val="28"/>
          <w:szCs w:val="28"/>
          <w:lang w:val="ru-RU"/>
        </w:rPr>
        <w:t>оп</w:t>
      </w:r>
      <w:proofErr w:type="gramEnd"/>
      <w:r w:rsidR="001121B5">
        <w:rPr>
          <w:rFonts w:ascii="Times New Roman" w:hAnsi="Times New Roman" w:cs="Times New Roman"/>
          <w:sz w:val="28"/>
          <w:szCs w:val="28"/>
          <w:lang w:val="ru-RU"/>
        </w:rPr>
        <w:t xml:space="preserve"> «Дошкольное»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помогает создать целостное представление о роли кулинарных традиций в жизни человека и общества, а также способствует развитию межкультурного диалога и сохра</w:t>
      </w:r>
      <w:r w:rsidR="001121B5">
        <w:rPr>
          <w:rFonts w:ascii="Times New Roman" w:hAnsi="Times New Roman" w:cs="Times New Roman"/>
          <w:sz w:val="28"/>
          <w:szCs w:val="28"/>
          <w:lang w:val="ru-RU"/>
        </w:rPr>
        <w:t>нению культурного наследия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1852DD" w:rsidRPr="00DC2BAD" w:rsidRDefault="00F50E04" w:rsidP="001121B5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DC2BAD">
        <w:rPr>
          <w:rFonts w:ascii="Times New Roman" w:hAnsi="Times New Roman" w:cs="Times New Roman"/>
          <w:color w:val="auto"/>
          <w:lang w:val="ru-RU"/>
        </w:rPr>
        <w:lastRenderedPageBreak/>
        <w:t>Методы сбора и анализа семейных рецептов</w:t>
      </w:r>
    </w:p>
    <w:p w:rsidR="00732B8A" w:rsidRPr="00732B8A" w:rsidRDefault="00732B8A" w:rsidP="00732B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2B8A">
        <w:rPr>
          <w:rFonts w:ascii="Times New Roman" w:hAnsi="Times New Roman" w:cs="Times New Roman"/>
          <w:sz w:val="28"/>
          <w:szCs w:val="28"/>
          <w:lang w:val="ru-RU"/>
        </w:rPr>
        <w:t>Родителями наших воспитанников и педагогами ОП «Дошкольное»  были предложены различные идеи для реализации проекта «Семейный рецепт торта»:</w:t>
      </w:r>
    </w:p>
    <w:p w:rsidR="00732B8A" w:rsidRPr="00732B8A" w:rsidRDefault="00732B8A" w:rsidP="00732B8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B8A">
        <w:rPr>
          <w:rStyle w:val="af6"/>
          <w:rFonts w:ascii="Times New Roman" w:hAnsi="Times New Roman" w:cs="Times New Roman"/>
          <w:sz w:val="28"/>
          <w:szCs w:val="28"/>
          <w:lang w:val="ru-RU"/>
        </w:rPr>
        <w:t>«Торт в разных культурах»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. Дети с родителями приносят короткие </w:t>
      </w:r>
      <w:proofErr w:type="gramStart"/>
      <w:r w:rsidRPr="00732B8A">
        <w:rPr>
          <w:rFonts w:ascii="Times New Roman" w:hAnsi="Times New Roman" w:cs="Times New Roman"/>
          <w:sz w:val="28"/>
          <w:szCs w:val="28"/>
          <w:lang w:val="ru-RU"/>
        </w:rPr>
        <w:t>истории</w:t>
      </w:r>
      <w:proofErr w:type="gramEnd"/>
      <w:r w:rsidRPr="00732B8A">
        <w:rPr>
          <w:rFonts w:ascii="Times New Roman" w:hAnsi="Times New Roman" w:cs="Times New Roman"/>
          <w:sz w:val="28"/>
          <w:szCs w:val="28"/>
          <w:lang w:val="ru-RU"/>
        </w:rPr>
        <w:t>: какой сладкий десерт считается праздничным в их семье или в их культуре. На стенде оформляют мини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noBreakHyphen/>
        <w:t>карточки: название, 1–2</w:t>
      </w:r>
      <w:r w:rsidRPr="00732B8A">
        <w:rPr>
          <w:rFonts w:ascii="Times New Roman" w:hAnsi="Times New Roman" w:cs="Times New Roman"/>
          <w:sz w:val="28"/>
          <w:szCs w:val="28"/>
        </w:rPr>
        <w:t> 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ингредиента, почему это важно для семьи.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отлично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ложится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идею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про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дружбу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объединение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>.</w:t>
      </w:r>
    </w:p>
    <w:p w:rsidR="00732B8A" w:rsidRPr="00732B8A" w:rsidRDefault="00732B8A" w:rsidP="00732B8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2B8A">
        <w:rPr>
          <w:rStyle w:val="af6"/>
          <w:rFonts w:ascii="Times New Roman" w:hAnsi="Times New Roman" w:cs="Times New Roman"/>
          <w:sz w:val="28"/>
          <w:szCs w:val="28"/>
          <w:lang w:val="ru-RU"/>
        </w:rPr>
        <w:t>«Торт своими руками без выпечки»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>. Делают из безопасных материалов: пластилин, солёное тесто, аппликация, коллаж. Можно сделать «коллективный торт» группы: каждый ребёнок делает один «корж» или украшение, а потом всё собирают вместе.</w:t>
      </w:r>
    </w:p>
    <w:p w:rsidR="00732B8A" w:rsidRPr="00732B8A" w:rsidRDefault="00732B8A" w:rsidP="00732B8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B8A">
        <w:rPr>
          <w:rStyle w:val="af6"/>
          <w:rFonts w:ascii="Times New Roman" w:hAnsi="Times New Roman" w:cs="Times New Roman"/>
          <w:sz w:val="28"/>
          <w:szCs w:val="28"/>
          <w:lang w:val="ru-RU"/>
        </w:rPr>
        <w:t>«Книга семейных рецептов»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>. Родители присылают 1</w:t>
      </w:r>
      <w:r w:rsidRPr="00732B8A">
        <w:rPr>
          <w:rFonts w:ascii="Times New Roman" w:hAnsi="Times New Roman" w:cs="Times New Roman"/>
          <w:sz w:val="28"/>
          <w:szCs w:val="28"/>
        </w:rPr>
        <w:t> 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>строчку: «В нашей семье торт всегда…» и 3–5</w:t>
      </w:r>
      <w:r w:rsidRPr="00732B8A">
        <w:rPr>
          <w:rFonts w:ascii="Times New Roman" w:hAnsi="Times New Roman" w:cs="Times New Roman"/>
          <w:sz w:val="28"/>
          <w:szCs w:val="28"/>
        </w:rPr>
        <w:t> 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ключевых слов (например: «с вареньем», «печём в день рождения», «украшаем свечкой»).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этого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делают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книжку-малышку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>.</w:t>
      </w:r>
    </w:p>
    <w:p w:rsidR="00732B8A" w:rsidRPr="00732B8A" w:rsidRDefault="00732B8A" w:rsidP="00732B8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2B8A">
        <w:rPr>
          <w:rStyle w:val="af6"/>
          <w:rFonts w:ascii="Times New Roman" w:hAnsi="Times New Roman" w:cs="Times New Roman"/>
          <w:sz w:val="28"/>
          <w:szCs w:val="28"/>
          <w:lang w:val="ru-RU"/>
        </w:rPr>
        <w:t>«Рисуем торт мечты»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>. Каждый ребёнок рисует торт, который хотел бы испечь с семьёй, и рассказывает 2–3</w:t>
      </w:r>
      <w:r w:rsidRPr="00732B8A">
        <w:rPr>
          <w:rFonts w:ascii="Times New Roman" w:hAnsi="Times New Roman" w:cs="Times New Roman"/>
          <w:sz w:val="28"/>
          <w:szCs w:val="28"/>
        </w:rPr>
        <w:t> 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>предложения: какой он формы, чем украшен, кому подарит кусочек.</w:t>
      </w:r>
    </w:p>
    <w:p w:rsidR="00732B8A" w:rsidRPr="00732B8A" w:rsidRDefault="00732B8A" w:rsidP="00732B8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B8A">
        <w:rPr>
          <w:rStyle w:val="af6"/>
          <w:rFonts w:ascii="Times New Roman" w:hAnsi="Times New Roman" w:cs="Times New Roman"/>
          <w:sz w:val="28"/>
          <w:szCs w:val="28"/>
          <w:lang w:val="ru-RU"/>
        </w:rPr>
        <w:t>«Сладкая традиция»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>. Короткое интервью ребёнка: «Что в твоей семье делают, когда пекут торт?» (вместе замешивают, включают любимую песню, зовут бабушку и т.</w:t>
      </w:r>
      <w:r w:rsidRPr="00732B8A">
        <w:rPr>
          <w:rFonts w:ascii="Times New Roman" w:hAnsi="Times New Roman" w:cs="Times New Roman"/>
          <w:sz w:val="28"/>
          <w:szCs w:val="28"/>
        </w:rPr>
        <w:t> 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п.).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подчёркивает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уют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семейные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ритуалы</w:t>
      </w:r>
      <w:proofErr w:type="spellEnd"/>
      <w:r w:rsidRPr="00732B8A">
        <w:rPr>
          <w:rFonts w:ascii="Times New Roman" w:hAnsi="Times New Roman" w:cs="Times New Roman"/>
          <w:sz w:val="28"/>
          <w:szCs w:val="28"/>
        </w:rPr>
        <w:t>.</w:t>
      </w:r>
    </w:p>
    <w:p w:rsidR="00732B8A" w:rsidRPr="00732B8A" w:rsidRDefault="00732B8A" w:rsidP="00732B8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2B8A">
        <w:rPr>
          <w:rStyle w:val="af6"/>
          <w:rFonts w:ascii="Times New Roman" w:hAnsi="Times New Roman" w:cs="Times New Roman"/>
          <w:sz w:val="28"/>
          <w:szCs w:val="28"/>
          <w:lang w:val="ru-RU"/>
        </w:rPr>
        <w:t>Мини</w:t>
      </w:r>
      <w:r w:rsidRPr="00732B8A">
        <w:rPr>
          <w:rStyle w:val="af6"/>
          <w:rFonts w:ascii="Times New Roman" w:hAnsi="Times New Roman" w:cs="Times New Roman"/>
          <w:sz w:val="28"/>
          <w:szCs w:val="28"/>
          <w:lang w:val="ru-RU"/>
        </w:rPr>
        <w:noBreakHyphen/>
        <w:t>выставка «Торт как символ»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>. Рядом с детскими работами вешают цитату из твоего текста про то, что торт</w:t>
      </w:r>
      <w:r w:rsidRPr="00732B8A">
        <w:rPr>
          <w:rFonts w:ascii="Times New Roman" w:hAnsi="Times New Roman" w:cs="Times New Roman"/>
          <w:sz w:val="28"/>
          <w:szCs w:val="28"/>
        </w:rPr>
        <w:t> 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732B8A">
        <w:rPr>
          <w:rFonts w:ascii="Times New Roman" w:hAnsi="Times New Roman" w:cs="Times New Roman"/>
          <w:sz w:val="28"/>
          <w:szCs w:val="28"/>
        </w:rPr>
        <w:t> 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>это символ добра и уюта.</w:t>
      </w:r>
    </w:p>
    <w:p w:rsidR="00732B8A" w:rsidRPr="00732B8A" w:rsidRDefault="00732B8A" w:rsidP="00732B8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2B8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Организация процесса сбора и анализа семейных рецептов тортов требует системного подхода, учитывающего как исследовательские, так и этические аспекты. </w:t>
      </w:r>
    </w:p>
    <w:p w:rsidR="001121B5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В первую очередь необходимо создать условия для комфортного и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доверительного взаимодействия с </w:t>
      </w:r>
      <w:r w:rsidR="001121B5">
        <w:rPr>
          <w:rFonts w:ascii="Times New Roman" w:hAnsi="Times New Roman" w:cs="Times New Roman"/>
          <w:sz w:val="28"/>
          <w:szCs w:val="28"/>
          <w:lang w:val="ru-RU"/>
        </w:rPr>
        <w:t xml:space="preserve">участниками проекта — воспитанникам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и их семьями. </w:t>
      </w:r>
    </w:p>
    <w:p w:rsidR="001121B5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Для этого было решено использовать комбинированные методы сбора информации, включая интервью, анкетирование и непосредственное наблюдение за процессом приготовления. </w:t>
      </w:r>
    </w:p>
    <w:p w:rsidR="001852DD" w:rsidRPr="00DC2BAD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Такой подход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позволяет получить не только текстовые рецепты, но и полное представление о культурном и эмоциональном контексте каждого десерта.</w:t>
      </w:r>
    </w:p>
    <w:p w:rsidR="001852DD" w:rsidRPr="00DC2BAD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Интервью с членами семей стали основным инструментом, позволяющим раскрыть историю рецепта, его значение и особенности пригот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овления. В ходе бесед участники делились воспоминаниями, рассказывали о традициях, связанных с тортом, а также о том, как рецепт изменялся с течением времени. Особое внимание уделялось деталям — выбору ингредиентов, способам украшения, ритуалам, сопровожда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ющим приготовление и подачу торта. Такой качественный подход позволил собрать богатый материал, который в дальнейшем стал основой для аналитической работы.</w:t>
      </w:r>
    </w:p>
    <w:p w:rsidR="001121B5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Анкетирование было направлено на стандартизацию информации и облегчение последующего анализа. В анке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те содержались вопросы о составе рецепта, способах приготовления, частоте использования, а также о культурном и историческом контексте десерта. Это позволило структурировать полученные данные и выявить общие тенденции и уникальные особенности. </w:t>
      </w:r>
    </w:p>
    <w:p w:rsidR="001852DD" w:rsidRPr="00DC2BAD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lastRenderedPageBreak/>
        <w:t>Анкетировани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е проводилось как в письменном виде, так и в электронной форме, что обеспечило удобство для участников и более широкий охват.</w:t>
      </w:r>
    </w:p>
    <w:p w:rsidR="001121B5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Наблюдение за процессом приготовления тортов стало дополнительным методом, который помог проверить достоверность собранной информа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ции и зафиксировать нюансы, </w:t>
      </w:r>
      <w:proofErr w:type="spellStart"/>
      <w:r w:rsidRPr="00DC2BAD">
        <w:rPr>
          <w:rFonts w:ascii="Times New Roman" w:hAnsi="Times New Roman" w:cs="Times New Roman"/>
          <w:sz w:val="28"/>
          <w:szCs w:val="28"/>
          <w:lang w:val="ru-RU"/>
        </w:rPr>
        <w:t>труднопередаваемые</w:t>
      </w:r>
      <w:proofErr w:type="spellEnd"/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словами. </w:t>
      </w:r>
    </w:p>
    <w:p w:rsidR="001121B5" w:rsidRDefault="001121B5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Участники проекта записывали свои семейные 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мастер-классы </w:t>
      </w:r>
      <w:r>
        <w:rPr>
          <w:rFonts w:ascii="Times New Roman" w:hAnsi="Times New Roman" w:cs="Times New Roman"/>
          <w:sz w:val="28"/>
          <w:szCs w:val="28"/>
          <w:lang w:val="ru-RU"/>
        </w:rPr>
        <w:t>по изготовлению семейных тортов на видео, делали слайд-шоу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>, где демонстрировали свои рецепты на практике. Это способствовало более глубокому пониманию технологических аспектов, а также с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оздавало атмосферу сотрудничества и обмена опытом. </w:t>
      </w:r>
    </w:p>
    <w:p w:rsidR="001852DD" w:rsidRPr="00DC2BAD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Виде</w:t>
      </w:r>
      <w:proofErr w:type="gramStart"/>
      <w:r w:rsidRPr="00DC2BAD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C2BAD">
        <w:rPr>
          <w:rFonts w:ascii="Times New Roman" w:hAnsi="Times New Roman" w:cs="Times New Roman"/>
          <w:sz w:val="28"/>
          <w:szCs w:val="28"/>
          <w:lang w:val="ru-RU"/>
        </w:rPr>
        <w:t>фотодокументация</w:t>
      </w:r>
      <w:proofErr w:type="spellEnd"/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процесса стали важным визуальным материалом для презентации проекта.</w:t>
      </w:r>
    </w:p>
    <w:p w:rsidR="001121B5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Анализ собранных данных проводился с использованием методов контент-анализа и сравнительного исследования. </w:t>
      </w:r>
    </w:p>
    <w:p w:rsidR="001121B5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Кон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тент-анализ позволил выделить ключевые темы и мотивы, присутствующие в семейных историях, а также выявить культурные коды, отражающиеся в рецептах. </w:t>
      </w:r>
    </w:p>
    <w:p w:rsidR="001852DD" w:rsidRPr="00DC2BAD" w:rsidRDefault="00F50E04" w:rsidP="001121B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Сравнительный анализ помог определить сходства и различия между рецептами, связать их с региональными и этни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ческими особенностями, а также проследить влияние исторических изменений на традиции приготовления тортов. Такой подход обеспечил глубокое понимание собранного материала.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Особое внимание уделялось соблюдению этических норм при работе с личными историями и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семейными тайнами. 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Участники проекта информировались о целях исследования, способах использования данных и праве на анонимность.</w:t>
      </w:r>
    </w:p>
    <w:p w:rsidR="001852DD" w:rsidRPr="00DC2BAD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Это способствовало созданию доверительной атмосферы и обеспечило качество и полноту собранной информации. Важно было подчеркнут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ь, что проект направлен на уважение к культурному наследию и сохранение уникальности каждой семьи.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Для систематизации рецептов и историй была создана база данных, которая включала текстовые описания, фотографии, видеоматериалы и результаты анализа. Такая о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рганизация позволила эффективно управлять информацией, обеспечивать доступ к материалам для всех участников и использовать их в образовательных целях. </w:t>
      </w:r>
    </w:p>
    <w:p w:rsidR="001852DD" w:rsidRPr="00DC2BAD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база стала основой для подготовки итоговой презентации и публикаций, что расширило аудиторию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проекта и повысило его значимость.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комплексный </w:t>
      </w:r>
      <w:proofErr w:type="gramStart"/>
      <w:r w:rsidRPr="00DC2BAD">
        <w:rPr>
          <w:rFonts w:ascii="Times New Roman" w:hAnsi="Times New Roman" w:cs="Times New Roman"/>
          <w:sz w:val="28"/>
          <w:szCs w:val="28"/>
          <w:lang w:val="ru-RU"/>
        </w:rPr>
        <w:t>методический подход</w:t>
      </w:r>
      <w:proofErr w:type="gramEnd"/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к сбору и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анализу семейных рецептов тортов обеспечил высокое качество и полноту исследовательского материала, а также создал условия для глубокого культурного и исторического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осмысления традиций. </w:t>
      </w:r>
      <w:r w:rsidR="007E60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852DD" w:rsidRPr="00DC2BAD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Применение различных методов позволило не только собрать рецепты, но и раскрыть их значение в жизни семей, что является ключевой задачей п</w:t>
      </w:r>
      <w:r w:rsidR="007E6003">
        <w:rPr>
          <w:rFonts w:ascii="Times New Roman" w:hAnsi="Times New Roman" w:cs="Times New Roman"/>
          <w:sz w:val="28"/>
          <w:szCs w:val="28"/>
          <w:lang w:val="ru-RU"/>
        </w:rPr>
        <w:t>роекта «Наш семейный торт»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1852DD" w:rsidRPr="00DC2BAD" w:rsidRDefault="00F50E04" w:rsidP="007E6003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DC2BAD">
        <w:rPr>
          <w:rFonts w:ascii="Times New Roman" w:hAnsi="Times New Roman" w:cs="Times New Roman"/>
          <w:color w:val="auto"/>
          <w:lang w:val="ru-RU"/>
        </w:rPr>
        <w:lastRenderedPageBreak/>
        <w:t>Описание и презентация семейных тортов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Описание семейных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тортов в рамках проекта представляет собой не просто перечисление ингредиентов и технологий приготовления, а полноценное повествование, раскрывающее культурное и эмоциональное значение каждого десерта. </w:t>
      </w:r>
    </w:p>
    <w:p w:rsidR="001852DD" w:rsidRPr="00DC2BAD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Каждый рецепт сопровождается историей, передающей семе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йные традиции, особенности праздников и символику, связанную с тортом. Такой подход позволяет не только сохранить кулинарное наследие, но и создать живое свидетельств</w:t>
      </w:r>
      <w:r w:rsidR="007E6003">
        <w:rPr>
          <w:rFonts w:ascii="Times New Roman" w:hAnsi="Times New Roman" w:cs="Times New Roman"/>
          <w:sz w:val="28"/>
          <w:szCs w:val="28"/>
          <w:lang w:val="ru-RU"/>
        </w:rPr>
        <w:t>о культурного многообразия ОП «Дошкольное»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В процессе описания особое внимание уделялось уникальным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чертам рецептов, которые отличают их от стандартных кулинарных книг. 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Например, в нескольких семьях торт готовится по старинным рецептам с использованием натуральных ингредиентов, которые трудно найти в современных магазинах. </w:t>
      </w:r>
    </w:p>
    <w:p w:rsidR="001852DD" w:rsidRPr="00DC2BAD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В других случаях рецепты включ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ают особые ритуалы, например, совместное приготовление с участием нескольких поколений, что подчеркивает роль десерта как носителя семейных ценностей. Такие детали делают каждый рассказ уникальным и интересным.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Презентация семейных тортов была организована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в формате </w:t>
      </w:r>
      <w:r w:rsidR="007E6003">
        <w:rPr>
          <w:rFonts w:ascii="Times New Roman" w:hAnsi="Times New Roman" w:cs="Times New Roman"/>
          <w:sz w:val="28"/>
          <w:szCs w:val="28"/>
          <w:lang w:val="ru-RU"/>
        </w:rPr>
        <w:t xml:space="preserve">праздничного мероприятия для детей «День торта»,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ку</w:t>
      </w:r>
      <w:r w:rsidR="007E6003">
        <w:rPr>
          <w:rFonts w:ascii="Times New Roman" w:hAnsi="Times New Roman" w:cs="Times New Roman"/>
          <w:sz w:val="28"/>
          <w:szCs w:val="28"/>
          <w:lang w:val="ru-RU"/>
        </w:rPr>
        <w:t>линарного фестиваля в сети Интернет (на официальной странице ОП «Дошкольное» в ВК и канале МАХ), где воспитанники и их родители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представили свои десерты и истории. 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Экспозиция включала не только фотографии и текстовые описания, </w:t>
      </w:r>
      <w:r w:rsidR="007E6003">
        <w:rPr>
          <w:rFonts w:ascii="Times New Roman" w:hAnsi="Times New Roman" w:cs="Times New Roman"/>
          <w:sz w:val="28"/>
          <w:szCs w:val="28"/>
          <w:lang w:val="ru-RU"/>
        </w:rPr>
        <w:t>но и видеоматериалы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процессом приготовления. 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lastRenderedPageBreak/>
        <w:t>Это позволило создать мультимедийный опыт,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который привлек внимание школьного сообщества и родителей. </w:t>
      </w:r>
    </w:p>
    <w:p w:rsidR="001852DD" w:rsidRPr="00DC2BAD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Важной частью презентации стали дегустации, что способствовало эмоциональному вовлечению и укреплению чувства общности.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Важным элементом презентации стала творческая составляющая. </w:t>
      </w:r>
      <w:r w:rsidR="007E6003">
        <w:rPr>
          <w:rFonts w:ascii="Times New Roman" w:hAnsi="Times New Roman" w:cs="Times New Roman"/>
          <w:sz w:val="28"/>
          <w:szCs w:val="28"/>
          <w:lang w:val="ru-RU"/>
        </w:rPr>
        <w:t>Воспитанники и их родители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самостоя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тельно оформляли экспонаты, создавали иллюстрации и коллажи, что способствовало развитию художественных навыков и креативного мышления. </w:t>
      </w:r>
    </w:p>
    <w:p w:rsidR="001852DD" w:rsidRPr="00DC2BAD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Кроме того, в рамках проекта были организованы мастер-классы по приготовлению некоторых тортов, что способствовало практ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ическому освоению традиций и обмену опытом между участниками. Такой подход повышал образовательную ценность и делал проект более интерактивным.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Описание семейных тортов включало также анализ их культурного и исторического контекста. В презентационных матер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иалах представлены сведения о происхождении рецептов, их связи с национальными праздниками и семейными обрядами. </w:t>
      </w:r>
    </w:p>
    <w:p w:rsidR="001852DD" w:rsidRPr="00DC2BAD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Это позволяет не только познакомить зрителей с кулинарными особенностями, но и расширить их знания о культуре и истории разных народов. Такой м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еждисциплинарный подход усиливает образовательный эффект проекта.</w:t>
      </w:r>
    </w:p>
    <w:p w:rsidR="007E6003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Особое внимание уделялось языку и стилю описания, чтобы сделать материалы доступными и интересными для широкой аудитории. Тексты были написаны простым и понятным языком, с использованием жив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ых примеров и эмоциональных деталей. Это способствовало формированию у читателей чувства сопричастности и уважения к семейным традициям. </w:t>
      </w:r>
    </w:p>
    <w:p w:rsidR="001852DD" w:rsidRPr="00DC2BAD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lastRenderedPageBreak/>
        <w:t>Кроме того, материалы были адаптированы для различных форматов — печатных буклетов, презентаций и цифровых ресурсов.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итоге, описание и презентация семейных тортов стали центральным элементом проекта, который позволил не только сохранить и передать традиции, но и создать платформу для межкультурного диалога и творческого обмена. </w:t>
      </w:r>
    </w:p>
    <w:p w:rsidR="001852DD" w:rsidRPr="00DC2BAD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Такой опыт способствует формированию у школ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ьников уважения к культурному наследию, развитию исследовательских и коммуникативных навыков, а также укреплению школьного сообщества через совместное тво</w:t>
      </w:r>
      <w:r w:rsidR="007E6003">
        <w:rPr>
          <w:rFonts w:ascii="Times New Roman" w:hAnsi="Times New Roman" w:cs="Times New Roman"/>
          <w:sz w:val="28"/>
          <w:szCs w:val="28"/>
          <w:lang w:val="ru-RU"/>
        </w:rPr>
        <w:t>рчество и обмен традициями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1852DD" w:rsidRPr="00DC2BAD" w:rsidRDefault="00F50E04" w:rsidP="007E6003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DC2BAD">
        <w:rPr>
          <w:rFonts w:ascii="Times New Roman" w:hAnsi="Times New Roman" w:cs="Times New Roman"/>
          <w:color w:val="auto"/>
          <w:lang w:val="ru-RU"/>
        </w:rPr>
        <w:lastRenderedPageBreak/>
        <w:t>Влияние проекта на школьное сообщество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проекта «Наш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семейный торт» оказала значительное влияние на школьное сообщество, способствуя укреплению связей между учениками, педагогами и родителями, а также развитию культурной грамотности и чувства принадлежности. </w:t>
      </w:r>
    </w:p>
    <w:p w:rsidR="001852DD" w:rsidRPr="00DC2BAD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В первую очередь проект стал площадкой для обмена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опытом и знаниями, что способствовало формированию атмосферы уважения и взаимопонимания в коллективе. Участие в совместной деятельности позволило ученикам лучше узнать друг друга, преодолеть культурные барьеры и развить навыки сотрудничества.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Одним из важн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ых результатов стала интеграция семейных традиций в образовательный процесс. 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Проект способствовал расширению представлений о культуре и истории, делая обучение</w:t>
      </w:r>
      <w:r w:rsidR="007E6003">
        <w:rPr>
          <w:rFonts w:ascii="Times New Roman" w:hAnsi="Times New Roman" w:cs="Times New Roman"/>
          <w:sz w:val="28"/>
          <w:szCs w:val="28"/>
          <w:lang w:val="ru-RU"/>
        </w:rPr>
        <w:t xml:space="preserve"> более живым и значимым. </w:t>
      </w:r>
    </w:p>
    <w:p w:rsidR="001852DD" w:rsidRPr="00DC2BAD" w:rsidRDefault="007E6003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Воспитанники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получили возможность рассматривать историю и культуру не как абс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>трактные понятия, а как часть своей повседневной жизни и семейного опыта</w:t>
      </w:r>
      <w:r>
        <w:rPr>
          <w:rFonts w:ascii="Times New Roman" w:hAnsi="Times New Roman" w:cs="Times New Roman"/>
          <w:sz w:val="28"/>
          <w:szCs w:val="28"/>
          <w:lang w:val="ru-RU"/>
        </w:rPr>
        <w:t>. Это повысило мотивацию к обучению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и интерес к гуманитарным дисциплинам, что положительно сказалось на общем уровне образовательных достижений.</w:t>
      </w:r>
    </w:p>
    <w:p w:rsidR="001852DD" w:rsidRPr="00DC2BAD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Проект также способствовал развитию творче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ских и исследовательских навыков. Участники учились собирать информацию, анализировать данные, оформлять результаты и представлять их аудитории. Это развивало критическое мышление, умение работать с источниками и навыки публичных выступлений. Такие компете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нции являются ключевыми в современном образовании и помогают подготовить учеников к успешной социальной и профессиональной деятельности.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lastRenderedPageBreak/>
        <w:t>Важным аспектом стало укрепление связи между школой и семьями. Вовлечение родителей в проект способствовало созданию па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ртнерских отношений и повышению доверия к образовательному учреждению. Родители активно участвовали в сборе рецептов, рассказывали истории, участвовали в мероприятиях, что создало ощущение совместной ответственности и поддержки. </w:t>
      </w:r>
    </w:p>
    <w:p w:rsidR="001852DD" w:rsidRPr="00DC2BAD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Такой формат сотрудничества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положительно влияет на социальный климат в школе и способствует развитию образовательного сообщества.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Кроме того, проект способствовал формированию чувства гордости за</w:t>
      </w:r>
      <w:r w:rsidR="007E6003">
        <w:rPr>
          <w:rFonts w:ascii="Times New Roman" w:hAnsi="Times New Roman" w:cs="Times New Roman"/>
          <w:sz w:val="28"/>
          <w:szCs w:val="28"/>
          <w:lang w:val="ru-RU"/>
        </w:rPr>
        <w:t xml:space="preserve"> свои корни и традиции. </w:t>
      </w:r>
    </w:p>
    <w:p w:rsidR="007E6003" w:rsidRDefault="007E6003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Воспитанники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получили возможность осознать ценность 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>культурного насл</w:t>
      </w:r>
      <w:r w:rsidR="00F50E04"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едия и важность его сохранения. Это способствует развитию национального самосознания и уважения к многообразию, что особенно актуально в условиях многонациональной школы.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852DD" w:rsidRPr="00DC2BAD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Формирование таких ценностей является важной составляющей воспитательной работы и спо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собствует гармоничному развитию личности.</w:t>
      </w:r>
    </w:p>
    <w:p w:rsidR="007E6003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Проект также оказал положительное влияние на </w:t>
      </w:r>
      <w:r w:rsidR="007E6003">
        <w:rPr>
          <w:rFonts w:ascii="Times New Roman" w:hAnsi="Times New Roman" w:cs="Times New Roman"/>
          <w:sz w:val="28"/>
          <w:szCs w:val="28"/>
          <w:lang w:val="ru-RU"/>
        </w:rPr>
        <w:t>уклад ОП «Дошкольное»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, стимулируя проведение дополнительных мероприятий, посвящённых традициям и культуре. </w:t>
      </w:r>
    </w:p>
    <w:p w:rsidR="00732B8A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выставок, мастер-классов и фестивалей расширила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культу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рную жизнь </w:t>
      </w:r>
      <w:r w:rsidR="007E6003">
        <w:rPr>
          <w:rFonts w:ascii="Times New Roman" w:hAnsi="Times New Roman" w:cs="Times New Roman"/>
          <w:sz w:val="28"/>
          <w:szCs w:val="28"/>
          <w:lang w:val="ru-RU"/>
        </w:rPr>
        <w:t>ОП «Дошкольное»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и создала услови</w:t>
      </w:r>
      <w:r w:rsidR="007E6003">
        <w:rPr>
          <w:rFonts w:ascii="Times New Roman" w:hAnsi="Times New Roman" w:cs="Times New Roman"/>
          <w:sz w:val="28"/>
          <w:szCs w:val="28"/>
          <w:lang w:val="ru-RU"/>
        </w:rPr>
        <w:t>я для активного участия воспитанников и их родителей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в общественной деятельности. </w:t>
      </w:r>
      <w:r w:rsidR="00732B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852DD" w:rsidRPr="00DC2BAD" w:rsidRDefault="00F50E04" w:rsidP="007E60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Это способствует развитию инициативности и лидерских качеств, что является важным элементом формирования гражданской позиции.</w:t>
      </w:r>
    </w:p>
    <w:p w:rsidR="00732B8A" w:rsidRDefault="00732B8A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852DD" w:rsidRPr="00DC2BAD" w:rsidRDefault="00F50E04" w:rsidP="00732B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lastRenderedPageBreak/>
        <w:t>Таким образом, проект «Наш семейный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торт» стал значимым фактором развития школьного сообщества, способствуя укреплению межличностных связей, расширению культурного кругозора и развитию ключевых компетенций. Он создал условия для диалога между поколениями и культурами, что способствует форми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рованию толерантного и сплочённого обр</w:t>
      </w:r>
      <w:r w:rsidR="00732B8A">
        <w:rPr>
          <w:rFonts w:ascii="Times New Roman" w:hAnsi="Times New Roman" w:cs="Times New Roman"/>
          <w:sz w:val="28"/>
          <w:szCs w:val="28"/>
          <w:lang w:val="ru-RU"/>
        </w:rPr>
        <w:t>азовательного пространства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52DD" w:rsidRPr="00DC2BAD" w:rsidRDefault="00F50E04" w:rsidP="00DC2B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1852DD" w:rsidRPr="00DC2BAD" w:rsidRDefault="00F50E04" w:rsidP="00732B8A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lang w:val="ru-RU"/>
        </w:rPr>
      </w:pPr>
      <w:r w:rsidRPr="00DC2BAD">
        <w:rPr>
          <w:rFonts w:ascii="Times New Roman" w:hAnsi="Times New Roman" w:cs="Times New Roman"/>
          <w:color w:val="auto"/>
          <w:lang w:val="ru-RU"/>
        </w:rPr>
        <w:lastRenderedPageBreak/>
        <w:t>Заключение</w:t>
      </w:r>
    </w:p>
    <w:p w:rsidR="00732B8A" w:rsidRDefault="00F50E04" w:rsidP="00732B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Проект «Наш семейный торт» продемонстрировал важность и ценность изучения семейных кулинарных традиций как средства сохранения культурного наследия и укрепления школьного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сообщества. </w:t>
      </w:r>
    </w:p>
    <w:p w:rsidR="001852DD" w:rsidRPr="00DC2BAD" w:rsidRDefault="00F50E04" w:rsidP="00732B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В ходе работы были собраны и проанализированы разнообразные рецепты, каждый из которых отражает уникальную историю и культурный контекст семьи. Такой подход позволил не только сохранить рецепты, но и раскрыть их символическое значение, что спос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обствует развитию уважения к традициям и межкультурному пониманию.</w:t>
      </w:r>
    </w:p>
    <w:p w:rsidR="00732B8A" w:rsidRDefault="00F50E04" w:rsidP="00732B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Реализация проекта показала, что семейные торты — это не просто блюда, а носители памяти, символы праздника и единства. Через рассказы участников раскрывались важные аспекты семейной жизни,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истории миграций, религиозных и культурных обрядов. </w:t>
      </w:r>
    </w:p>
    <w:p w:rsidR="001852DD" w:rsidRPr="00DC2BAD" w:rsidRDefault="00F50E04" w:rsidP="00732B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Это позволило создать живую картину многообразия культур, представленных в школе, и подчеркнуть общие ценности, объединяющие разные сообщества. Такой опыт спос</w:t>
      </w:r>
      <w:r w:rsidR="00732B8A">
        <w:rPr>
          <w:rFonts w:ascii="Times New Roman" w:hAnsi="Times New Roman" w:cs="Times New Roman"/>
          <w:sz w:val="28"/>
          <w:szCs w:val="28"/>
          <w:lang w:val="ru-RU"/>
        </w:rPr>
        <w:t>обствует формированию у воспитанников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чувства гор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дости за свои корни и уважения к другим культурам.</w:t>
      </w:r>
    </w:p>
    <w:p w:rsidR="00732B8A" w:rsidRDefault="00F50E04" w:rsidP="00732B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C2BAD">
        <w:rPr>
          <w:rFonts w:ascii="Times New Roman" w:hAnsi="Times New Roman" w:cs="Times New Roman"/>
          <w:sz w:val="28"/>
          <w:szCs w:val="28"/>
          <w:lang w:val="ru-RU"/>
        </w:rPr>
        <w:t>Методический подход</w:t>
      </w:r>
      <w:proofErr w:type="gramEnd"/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к сбору и анализу рецептов, включающий интервью, анкетирование и наблюдение, обеспечил высокое качество и полноту исследовательского материала. </w:t>
      </w:r>
    </w:p>
    <w:p w:rsidR="001852DD" w:rsidRPr="00DC2BAD" w:rsidRDefault="00F50E04" w:rsidP="00732B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Важным элементом стала этическая составля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ющая, обеспечившая доверие участников и сохранение уникальности семейных историй. Систематизация и презентация результатов в виде мультимедийной выставки и </w:t>
      </w:r>
      <w:r w:rsidR="00732B8A">
        <w:rPr>
          <w:rFonts w:ascii="Times New Roman" w:hAnsi="Times New Roman" w:cs="Times New Roman"/>
          <w:sz w:val="28"/>
          <w:szCs w:val="28"/>
          <w:lang w:val="ru-RU"/>
        </w:rPr>
        <w:t>тематического мероприятия «День торта»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позволили вовлечь широкую аудиторию и создать атмосферу праздника и творчества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32B8A" w:rsidRDefault="00F50E04" w:rsidP="00732B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Влияние проекта на школьное сообщество оказалось многогранным. Он способствовал развитию коммуникативных, исследовательских и творческих навыков учеников, укреплению связей между школой и семьями, а также формированию культурной грамотности и толерантнос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ти. </w:t>
      </w:r>
    </w:p>
    <w:p w:rsidR="001852DD" w:rsidRPr="00DC2BAD" w:rsidRDefault="00F50E04" w:rsidP="00732B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Проект стал примером успешной интеграции образовательных, воспитательных и культурных целей, что подтверждает его актуальность и эффективность в современном образовательном пространстве.</w:t>
      </w:r>
    </w:p>
    <w:p w:rsidR="00732B8A" w:rsidRDefault="00F50E04" w:rsidP="00732B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В перспективе результаты проекта могут стать основой для дальнейш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их исследований и культурных инициатив в школе. Созданная база данных рецептов и историй может использоваться в </w:t>
      </w:r>
      <w:r w:rsidR="00732B8A">
        <w:rPr>
          <w:rFonts w:ascii="Times New Roman" w:hAnsi="Times New Roman" w:cs="Times New Roman"/>
          <w:sz w:val="28"/>
          <w:szCs w:val="28"/>
          <w:lang w:val="ru-RU"/>
        </w:rPr>
        <w:t>образовательных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программах, культурных мероприятиях и межкультурных диалогах. </w:t>
      </w:r>
    </w:p>
    <w:p w:rsidR="001852DD" w:rsidRPr="00DC2BAD" w:rsidRDefault="00F50E04" w:rsidP="00732B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Такой подход способствует сохранению нематериального культурного наследия 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и развитию образовательной среды, </w:t>
      </w:r>
      <w:proofErr w:type="gramStart"/>
      <w:r w:rsidRPr="00DC2BAD">
        <w:rPr>
          <w:rFonts w:ascii="Times New Roman" w:hAnsi="Times New Roman" w:cs="Times New Roman"/>
          <w:sz w:val="28"/>
          <w:szCs w:val="28"/>
          <w:lang w:val="ru-RU"/>
        </w:rPr>
        <w:t>ориентированной</w:t>
      </w:r>
      <w:proofErr w:type="gramEnd"/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на уважение к традициям и многообразию.</w:t>
      </w:r>
    </w:p>
    <w:p w:rsidR="00732B8A" w:rsidRDefault="00F50E04" w:rsidP="00732B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Таким образом, проект «Наш семейный торт» не только выполнил поставленные цели, но и открыл новые возможности для развития школьного сообщества и укрепления культурны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х связей. </w:t>
      </w:r>
    </w:p>
    <w:p w:rsidR="00732B8A" w:rsidRDefault="00F50E04" w:rsidP="00732B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>Он подтвердил значимость семейных традиций как важного элемента идентичности и средство воспитания уважения и толерантности.</w:t>
      </w:r>
    </w:p>
    <w:p w:rsidR="001852DD" w:rsidRPr="00DC2BAD" w:rsidRDefault="00F50E04" w:rsidP="00732B8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t xml:space="preserve"> Опыт реализации проекта может служить примером для других образовательных учреждений, стремящихся к развитию межкультурно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го диалога и сохр</w:t>
      </w:r>
      <w:r w:rsidR="00732B8A">
        <w:rPr>
          <w:rFonts w:ascii="Times New Roman" w:hAnsi="Times New Roman" w:cs="Times New Roman"/>
          <w:sz w:val="28"/>
          <w:szCs w:val="28"/>
          <w:lang w:val="ru-RU"/>
        </w:rPr>
        <w:t>анению культурного наследия</w:t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852DD" w:rsidRPr="00DC2BAD" w:rsidRDefault="00F50E04" w:rsidP="00732B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C2BAD">
        <w:rPr>
          <w:rFonts w:ascii="Times New Roman" w:hAnsi="Times New Roman" w:cs="Times New Roman"/>
          <w:sz w:val="28"/>
          <w:szCs w:val="28"/>
          <w:lang w:val="ru-RU"/>
        </w:rPr>
        <w:br w:type="page"/>
      </w:r>
      <w:r w:rsidRPr="00DC2BAD">
        <w:rPr>
          <w:rFonts w:ascii="Times New Roman" w:hAnsi="Times New Roman" w:cs="Times New Roman"/>
          <w:sz w:val="28"/>
          <w:szCs w:val="28"/>
          <w:lang w:val="ru-RU"/>
        </w:rPr>
        <w:lastRenderedPageBreak/>
        <w:t>Список использованных источников</w:t>
      </w:r>
    </w:p>
    <w:p w:rsidR="00732B8A" w:rsidRPr="00732B8A" w:rsidRDefault="00F50E04" w:rsidP="00732B8A">
      <w:pPr>
        <w:pStyle w:val="ae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Звягинцева А. А. Влияние </w:t>
      </w:r>
      <w:proofErr w:type="spellStart"/>
      <w:r w:rsidRPr="00732B8A">
        <w:rPr>
          <w:rFonts w:ascii="Times New Roman" w:hAnsi="Times New Roman" w:cs="Times New Roman"/>
          <w:sz w:val="28"/>
          <w:szCs w:val="28"/>
          <w:lang w:val="ru-RU"/>
        </w:rPr>
        <w:t>межпоколенных</w:t>
      </w:r>
      <w:proofErr w:type="spellEnd"/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 факторов на формирование семейных сценариев и личность человека: монография / А.А. Звягинцева. — ГНИИ "</w:t>
      </w:r>
      <w:proofErr w:type="spellStart"/>
      <w:r w:rsidRPr="00732B8A">
        <w:rPr>
          <w:rFonts w:ascii="Times New Roman" w:hAnsi="Times New Roman" w:cs="Times New Roman"/>
          <w:sz w:val="28"/>
          <w:szCs w:val="28"/>
          <w:lang w:val="ru-RU"/>
        </w:rPr>
        <w:t>Нацразвитие</w:t>
      </w:r>
      <w:proofErr w:type="spellEnd"/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", 2026. </w:t>
      </w:r>
      <w:r w:rsidRPr="00732B8A">
        <w:rPr>
          <w:rFonts w:ascii="Times New Roman" w:hAnsi="Times New Roman" w:cs="Times New Roman"/>
          <w:sz w:val="28"/>
          <w:szCs w:val="28"/>
        </w:rPr>
        <w:t>ISB</w:t>
      </w:r>
      <w:r w:rsidRPr="00732B8A">
        <w:rPr>
          <w:rFonts w:ascii="Times New Roman" w:hAnsi="Times New Roman" w:cs="Times New Roman"/>
          <w:sz w:val="28"/>
          <w:szCs w:val="28"/>
        </w:rPr>
        <w:t>N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 9785002137091. </w:t>
      </w:r>
      <w:r w:rsidRPr="00732B8A">
        <w:rPr>
          <w:rFonts w:ascii="Times New Roman" w:hAnsi="Times New Roman" w:cs="Times New Roman"/>
          <w:sz w:val="28"/>
          <w:szCs w:val="28"/>
        </w:rPr>
        <w:t>DOI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>: 10.37539/</w:t>
      </w:r>
      <w:r w:rsidRPr="00732B8A">
        <w:rPr>
          <w:rFonts w:ascii="Times New Roman" w:hAnsi="Times New Roman" w:cs="Times New Roman"/>
          <w:sz w:val="28"/>
          <w:szCs w:val="28"/>
        </w:rPr>
        <w:t>m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260612.2026.77.49.001. </w:t>
      </w:r>
      <w:r w:rsidRPr="00732B8A">
        <w:rPr>
          <w:rFonts w:ascii="Times New Roman" w:hAnsi="Times New Roman" w:cs="Times New Roman"/>
          <w:sz w:val="28"/>
          <w:szCs w:val="28"/>
        </w:rPr>
        <w:t>URL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7" w:history="1">
        <w:r w:rsidR="00732B8A" w:rsidRPr="00A932BB">
          <w:rPr>
            <w:rStyle w:val="aff9"/>
            <w:rFonts w:ascii="Times New Roman" w:hAnsi="Times New Roman" w:cs="Times New Roman"/>
            <w:sz w:val="28"/>
            <w:szCs w:val="28"/>
          </w:rPr>
          <w:t>https</w:t>
        </w:r>
        <w:r w:rsidR="00732B8A" w:rsidRPr="00A932BB">
          <w:rPr>
            <w:rStyle w:val="aff9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732B8A" w:rsidRPr="00A932BB">
          <w:rPr>
            <w:rStyle w:val="aff9"/>
            <w:rFonts w:ascii="Times New Roman" w:hAnsi="Times New Roman" w:cs="Times New Roman"/>
            <w:sz w:val="28"/>
            <w:szCs w:val="28"/>
          </w:rPr>
          <w:t>doi</w:t>
        </w:r>
        <w:r w:rsidR="00732B8A" w:rsidRPr="00A932BB">
          <w:rPr>
            <w:rStyle w:val="aff9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732B8A" w:rsidRPr="00A932BB">
          <w:rPr>
            <w:rStyle w:val="aff9"/>
            <w:rFonts w:ascii="Times New Roman" w:hAnsi="Times New Roman" w:cs="Times New Roman"/>
            <w:sz w:val="28"/>
            <w:szCs w:val="28"/>
          </w:rPr>
          <w:t>org</w:t>
        </w:r>
        <w:r w:rsidR="00732B8A" w:rsidRPr="00A932BB">
          <w:rPr>
            <w:rStyle w:val="aff9"/>
            <w:rFonts w:ascii="Times New Roman" w:hAnsi="Times New Roman" w:cs="Times New Roman"/>
            <w:sz w:val="28"/>
            <w:szCs w:val="28"/>
            <w:lang w:val="ru-RU"/>
          </w:rPr>
          <w:t>/10.37539/</w:t>
        </w:r>
        <w:r w:rsidR="00732B8A" w:rsidRPr="00A932BB">
          <w:rPr>
            <w:rStyle w:val="aff9"/>
            <w:rFonts w:ascii="Times New Roman" w:hAnsi="Times New Roman" w:cs="Times New Roman"/>
            <w:sz w:val="28"/>
            <w:szCs w:val="28"/>
          </w:rPr>
          <w:t>m</w:t>
        </w:r>
        <w:r w:rsidR="00732B8A" w:rsidRPr="00A932BB">
          <w:rPr>
            <w:rStyle w:val="aff9"/>
            <w:rFonts w:ascii="Times New Roman" w:hAnsi="Times New Roman" w:cs="Times New Roman"/>
            <w:sz w:val="28"/>
            <w:szCs w:val="28"/>
            <w:lang w:val="ru-RU"/>
          </w:rPr>
          <w:t>260612.2026.77.49.001\</w:t>
        </w:r>
      </w:hyperlink>
    </w:p>
    <w:p w:rsidR="00732B8A" w:rsidRDefault="00F50E04" w:rsidP="00732B8A">
      <w:pPr>
        <w:pStyle w:val="ae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2B8A">
        <w:rPr>
          <w:rFonts w:ascii="Times New Roman" w:hAnsi="Times New Roman" w:cs="Times New Roman"/>
          <w:sz w:val="28"/>
          <w:szCs w:val="28"/>
          <w:lang w:val="ru-RU"/>
        </w:rPr>
        <w:t>Звягинцева А. А. Методы анализа влияния поколений на формирование семейных сценариев. // Синтез научного знания: от принципов к приложениям: сбо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рник статей международной научной конференции (Великий Новгород, Декабрь 2025). — 2025. </w:t>
      </w:r>
      <w:r w:rsidRPr="00732B8A">
        <w:rPr>
          <w:rFonts w:ascii="Times New Roman" w:hAnsi="Times New Roman" w:cs="Times New Roman"/>
          <w:sz w:val="28"/>
          <w:szCs w:val="28"/>
        </w:rPr>
        <w:t>DOI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: 10.37539/251203.2025.68.45.005. </w:t>
      </w:r>
      <w:r w:rsidRPr="00732B8A">
        <w:rPr>
          <w:rFonts w:ascii="Times New Roman" w:hAnsi="Times New Roman" w:cs="Times New Roman"/>
          <w:sz w:val="28"/>
          <w:szCs w:val="28"/>
        </w:rPr>
        <w:t>URL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8" w:history="1">
        <w:r w:rsidR="00732B8A" w:rsidRPr="00A932BB">
          <w:rPr>
            <w:rStyle w:val="aff9"/>
            <w:rFonts w:ascii="Times New Roman" w:hAnsi="Times New Roman" w:cs="Times New Roman"/>
            <w:sz w:val="28"/>
            <w:szCs w:val="28"/>
          </w:rPr>
          <w:t>https</w:t>
        </w:r>
        <w:r w:rsidR="00732B8A" w:rsidRPr="00A932BB">
          <w:rPr>
            <w:rStyle w:val="aff9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732B8A" w:rsidRPr="00A932BB">
          <w:rPr>
            <w:rStyle w:val="aff9"/>
            <w:rFonts w:ascii="Times New Roman" w:hAnsi="Times New Roman" w:cs="Times New Roman"/>
            <w:sz w:val="28"/>
            <w:szCs w:val="28"/>
          </w:rPr>
          <w:t>doi</w:t>
        </w:r>
        <w:r w:rsidR="00732B8A" w:rsidRPr="00A932BB">
          <w:rPr>
            <w:rStyle w:val="aff9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732B8A" w:rsidRPr="00A932BB">
          <w:rPr>
            <w:rStyle w:val="aff9"/>
            <w:rFonts w:ascii="Times New Roman" w:hAnsi="Times New Roman" w:cs="Times New Roman"/>
            <w:sz w:val="28"/>
            <w:szCs w:val="28"/>
          </w:rPr>
          <w:t>org</w:t>
        </w:r>
        <w:r w:rsidR="00732B8A" w:rsidRPr="00A932BB">
          <w:rPr>
            <w:rStyle w:val="aff9"/>
            <w:rFonts w:ascii="Times New Roman" w:hAnsi="Times New Roman" w:cs="Times New Roman"/>
            <w:sz w:val="28"/>
            <w:szCs w:val="28"/>
            <w:lang w:val="ru-RU"/>
          </w:rPr>
          <w:t>/10.37539/251203.2025.68.45.005</w:t>
        </w:r>
      </w:hyperlink>
    </w:p>
    <w:p w:rsidR="001852DD" w:rsidRPr="00732B8A" w:rsidRDefault="00F50E04" w:rsidP="00732B8A">
      <w:pPr>
        <w:pStyle w:val="ae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 Гордеева Т. В. Анализ устойчивых семейных паттернов и их влияние на семейну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ю коммуникацию. // Технологические решения для инновационного роста: сборник статей </w:t>
      </w:r>
      <w:r w:rsidRPr="00732B8A">
        <w:rPr>
          <w:rFonts w:ascii="Times New Roman" w:hAnsi="Times New Roman" w:cs="Times New Roman"/>
          <w:sz w:val="28"/>
          <w:szCs w:val="28"/>
        </w:rPr>
        <w:t>II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 международной научной конференции (Сыктывкар, Декабрь 2025). — 2025. </w:t>
      </w:r>
      <w:r w:rsidRPr="00732B8A">
        <w:rPr>
          <w:rFonts w:ascii="Times New Roman" w:hAnsi="Times New Roman" w:cs="Times New Roman"/>
          <w:sz w:val="28"/>
          <w:szCs w:val="28"/>
        </w:rPr>
        <w:t>DOI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: 10.37539/251217.2025.94.89.005. </w:t>
      </w:r>
      <w:r w:rsidRPr="00732B8A">
        <w:rPr>
          <w:rFonts w:ascii="Times New Roman" w:hAnsi="Times New Roman" w:cs="Times New Roman"/>
          <w:sz w:val="28"/>
          <w:szCs w:val="28"/>
        </w:rPr>
        <w:t>URL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732B8A">
        <w:rPr>
          <w:rFonts w:ascii="Times New Roman" w:hAnsi="Times New Roman" w:cs="Times New Roman"/>
          <w:sz w:val="28"/>
          <w:szCs w:val="28"/>
        </w:rPr>
        <w:t>https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732B8A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732B8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2B8A">
        <w:rPr>
          <w:rFonts w:ascii="Times New Roman" w:hAnsi="Times New Roman" w:cs="Times New Roman"/>
          <w:sz w:val="28"/>
          <w:szCs w:val="28"/>
        </w:rPr>
        <w:t>org</w:t>
      </w:r>
      <w:r w:rsidRPr="00732B8A">
        <w:rPr>
          <w:rFonts w:ascii="Times New Roman" w:hAnsi="Times New Roman" w:cs="Times New Roman"/>
          <w:sz w:val="28"/>
          <w:szCs w:val="28"/>
          <w:lang w:val="ru-RU"/>
        </w:rPr>
        <w:t>/10.37539/251217.2025.94.89.005</w:t>
      </w:r>
    </w:p>
    <w:sectPr w:rsidR="001852DD" w:rsidRPr="00732B8A" w:rsidSect="001121B5">
      <w:pgSz w:w="12240" w:h="15840"/>
      <w:pgMar w:top="1440" w:right="1797" w:bottom="567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377BDC"/>
    <w:multiLevelType w:val="multilevel"/>
    <w:tmpl w:val="D396D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E47D9E"/>
    <w:multiLevelType w:val="hybridMultilevel"/>
    <w:tmpl w:val="59DCD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21B5"/>
    <w:rsid w:val="0015074B"/>
    <w:rsid w:val="001852DD"/>
    <w:rsid w:val="0029639D"/>
    <w:rsid w:val="00326F90"/>
    <w:rsid w:val="00732B8A"/>
    <w:rsid w:val="007E6003"/>
    <w:rsid w:val="00AA1D8D"/>
    <w:rsid w:val="00B47730"/>
    <w:rsid w:val="00CB0664"/>
    <w:rsid w:val="00DC2BAD"/>
    <w:rsid w:val="00F50E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DC2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9">
    <w:name w:val="Hyperlink"/>
    <w:basedOn w:val="a2"/>
    <w:uiPriority w:val="99"/>
    <w:unhideWhenUsed/>
    <w:rsid w:val="00732B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DC2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9">
    <w:name w:val="Hyperlink"/>
    <w:basedOn w:val="a2"/>
    <w:uiPriority w:val="99"/>
    <w:unhideWhenUsed/>
    <w:rsid w:val="00732B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3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7539/251203.2025.68.45.005" TargetMode="External"/><Relationship Id="rId3" Type="http://schemas.openxmlformats.org/officeDocument/2006/relationships/styles" Target="styles.xml"/><Relationship Id="rId7" Type="http://schemas.openxmlformats.org/officeDocument/2006/relationships/hyperlink" Target="https://doi.org/10.37539/m260612.2026.77.49.001\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6C5A80-C506-42D1-823F-AB2CF1877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3861</Words>
  <Characters>22012</Characters>
  <Application>Microsoft Office Word</Application>
  <DocSecurity>0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Lenovo</cp:lastModifiedBy>
  <cp:revision>3</cp:revision>
  <dcterms:created xsi:type="dcterms:W3CDTF">2026-07-30T18:15:00Z</dcterms:created>
  <dcterms:modified xsi:type="dcterms:W3CDTF">2026-07-30T18:23:00Z</dcterms:modified>
</cp:coreProperties>
</file>